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9782" w14:textId="77777777" w:rsidR="008D63F5" w:rsidRPr="001F72D4" w:rsidRDefault="00000000">
      <w:pPr>
        <w:spacing w:after="40"/>
        <w:jc w:val="center"/>
        <w:rPr>
          <w:lang w:val="pt-BR"/>
        </w:rPr>
      </w:pPr>
      <w:r w:rsidRPr="001F72D4">
        <w:rPr>
          <w:noProof/>
          <w:lang w:val="pt-BR"/>
        </w:rPr>
        <w:drawing>
          <wp:inline distT="0" distB="0" distL="0" distR="0" wp14:anchorId="4244D21B" wp14:editId="653D3DBB">
            <wp:extent cx="1872000" cy="70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tep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D07E7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CENTRO TERRITORIAL DE EDUCAÇÃO PROFISSIONAL DO</w:t>
      </w:r>
    </w:p>
    <w:p w14:paraId="0B65132B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LITORAL NORTE E AGRESTE BAIANO</w:t>
      </w:r>
    </w:p>
    <w:p w14:paraId="3F9D21D4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0A278741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297C75CC" w14:textId="7576D0A8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 xml:space="preserve">CURSO TÉCNICO EM ANÁLISES CLÍNICAS </w:t>
      </w:r>
    </w:p>
    <w:p w14:paraId="26BFDAE4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293D371E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2C784F05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1E7C337B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1DCFC629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46F1C984" w14:textId="302E260F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NOME DO(A) ALUNO(A)</w:t>
      </w:r>
    </w:p>
    <w:p w14:paraId="44CCB6C0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7C8BCFDE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1AB27BF9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4C4AD0E7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6D3D18C3" w14:textId="6741D83A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TRAJETÓRIA E PRÁTICA EM ANÁLISES CLÍNICAS: REFLEXÕES A PARTIR D</w:t>
      </w:r>
      <w:r w:rsidR="00317919" w:rsidRPr="001F72D4">
        <w:rPr>
          <w:rFonts w:eastAsia="Times New Roman"/>
          <w:b/>
          <w:lang w:val="pt-BR"/>
        </w:rPr>
        <w:t>E</w:t>
      </w:r>
      <w:r w:rsidRPr="001F72D4">
        <w:rPr>
          <w:rFonts w:eastAsia="Times New Roman"/>
          <w:b/>
          <w:lang w:val="pt-BR"/>
        </w:rPr>
        <w:t xml:space="preserve"> [INSERIR TEMA ESPECÍFICO DA PRÁTICA ESCOLHIDA PELO ALUNO]</w:t>
      </w:r>
    </w:p>
    <w:p w14:paraId="05A7C374" w14:textId="77777777" w:rsidR="008D63F5" w:rsidRPr="001F72D4" w:rsidRDefault="008D63F5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2092FDB4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6E3FC3C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1E72B13C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4EAACD15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221F4F8A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48FBF802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FB18461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13C29255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55A89723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04BF0200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0CE63CD3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6E48DF92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66C30A22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41CFC205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F8AACB0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6286F2EE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D526A97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4C832857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0A358C0A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0ACAFB81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4FC61FD9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EAB194C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57E7D37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52434A4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42786CCA" w14:textId="77777777" w:rsidR="00022298" w:rsidRPr="001F72D4" w:rsidRDefault="00022298">
      <w:pPr>
        <w:spacing w:line="240" w:lineRule="auto"/>
        <w:jc w:val="center"/>
        <w:rPr>
          <w:rFonts w:eastAsia="Times New Roman"/>
          <w:b/>
          <w:color w:val="AA0000"/>
          <w:sz w:val="18"/>
          <w:lang w:val="pt-BR"/>
        </w:rPr>
      </w:pPr>
    </w:p>
    <w:p w14:paraId="356C14BC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0E643F93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36E7A49F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6FA346C5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65DED9B1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31524B52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Alagoinhas – Bahia</w:t>
      </w:r>
    </w:p>
    <w:p w14:paraId="3D205178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2026</w:t>
      </w:r>
    </w:p>
    <w:p w14:paraId="53352152" w14:textId="6F8A89C8" w:rsidR="008D63F5" w:rsidRPr="001F72D4" w:rsidRDefault="00000000" w:rsidP="00022298">
      <w:pPr>
        <w:jc w:val="center"/>
        <w:rPr>
          <w:lang w:val="pt-BR"/>
        </w:rPr>
      </w:pPr>
      <w:r w:rsidRPr="001F72D4">
        <w:rPr>
          <w:lang w:val="pt-BR"/>
        </w:rPr>
        <w:br w:type="page"/>
      </w:r>
      <w:r w:rsidRPr="001F72D4">
        <w:rPr>
          <w:noProof/>
          <w:lang w:val="pt-BR"/>
        </w:rPr>
        <w:lastRenderedPageBreak/>
        <w:drawing>
          <wp:inline distT="0" distB="0" distL="0" distR="0" wp14:anchorId="79762CA9" wp14:editId="459C47A8">
            <wp:extent cx="1872000" cy="70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tep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C3250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CENTRO TERRITORIAL DE EDUCAÇÃO PROFISSIONAL DO</w:t>
      </w:r>
    </w:p>
    <w:p w14:paraId="5E32F3A3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LITORAL NORTE E AGRESTE BAIANO</w:t>
      </w:r>
    </w:p>
    <w:p w14:paraId="63B9A67B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64349698" w14:textId="68A4BF5C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 xml:space="preserve">CURSO TÉCNICO EM ANÁLISES CLÍNICAS </w:t>
      </w:r>
    </w:p>
    <w:p w14:paraId="50824439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308013FA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3C8B2C6C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5562DF49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653E513F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339002DC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4233F377" w14:textId="5AA2E04B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NOME DO(A) ALUNO(A)</w:t>
      </w:r>
    </w:p>
    <w:p w14:paraId="5E0FF9F7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25F55B7D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27FF073A" w14:textId="77777777" w:rsidR="00022298" w:rsidRPr="001F72D4" w:rsidRDefault="00022298">
      <w:pPr>
        <w:spacing w:line="276" w:lineRule="auto"/>
        <w:jc w:val="center"/>
        <w:rPr>
          <w:rFonts w:eastAsia="Times New Roman"/>
          <w:b/>
          <w:lang w:val="pt-BR"/>
        </w:rPr>
      </w:pPr>
    </w:p>
    <w:p w14:paraId="58BC8E60" w14:textId="77777777" w:rsidR="00022298" w:rsidRPr="001F72D4" w:rsidRDefault="00022298">
      <w:pPr>
        <w:spacing w:line="276" w:lineRule="auto"/>
        <w:jc w:val="center"/>
        <w:rPr>
          <w:rFonts w:eastAsia="Times New Roman"/>
          <w:b/>
          <w:lang w:val="pt-BR"/>
        </w:rPr>
      </w:pPr>
    </w:p>
    <w:p w14:paraId="50C38D52" w14:textId="300C08DB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TRAJETÓRIA E PRÁTICA EM ANÁLISES CLÍNICAS: REFLEXÕES A PARTIR DE [INSERIR TEMA ESPECÍFICO DA PRÁTICA ESCOLHIDA PELO ALUNO]</w:t>
      </w:r>
    </w:p>
    <w:p w14:paraId="2B493095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31D992E1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02E497E9" w14:textId="77777777" w:rsidR="008D63F5" w:rsidRPr="001F72D4" w:rsidRDefault="00000000">
      <w:pPr>
        <w:spacing w:after="120" w:line="240" w:lineRule="auto"/>
        <w:ind w:left="4252"/>
        <w:jc w:val="both"/>
        <w:rPr>
          <w:lang w:val="pt-BR"/>
        </w:rPr>
      </w:pPr>
      <w:r w:rsidRPr="001F72D4">
        <w:rPr>
          <w:rFonts w:eastAsia="Times New Roman"/>
          <w:sz w:val="20"/>
          <w:lang w:val="pt-BR"/>
        </w:rPr>
        <w:t>Trabalho de Conclusão de Curso apresentado ao CETEP/LNAB como requisito parcial para conclusão do curso Técnico em Análises Clínicas — modalidade PROEJA.</w:t>
      </w:r>
    </w:p>
    <w:p w14:paraId="16A474C7" w14:textId="716C0A03" w:rsidR="008D63F5" w:rsidRPr="001F72D4" w:rsidRDefault="00000000">
      <w:pPr>
        <w:spacing w:line="240" w:lineRule="auto"/>
        <w:ind w:left="4252"/>
        <w:rPr>
          <w:lang w:val="pt-BR"/>
        </w:rPr>
      </w:pPr>
      <w:r w:rsidRPr="001F72D4">
        <w:rPr>
          <w:rFonts w:eastAsia="Times New Roman"/>
          <w:b/>
          <w:sz w:val="20"/>
          <w:lang w:val="pt-BR"/>
        </w:rPr>
        <w:t xml:space="preserve">Orientador(a): </w:t>
      </w:r>
    </w:p>
    <w:p w14:paraId="3E20B370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0790A290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52B91DBE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22B6DB0A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30B6CDB2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7A06FA29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4102F4B2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1C81E0C7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30D2A449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08E89A44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6883012B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57484118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410A43C0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464848B6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31B76EA2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5BFDE061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3D9E892C" w14:textId="77777777" w:rsidR="00022298" w:rsidRPr="001F72D4" w:rsidRDefault="00022298">
      <w:pPr>
        <w:spacing w:line="240" w:lineRule="auto"/>
        <w:jc w:val="center"/>
        <w:rPr>
          <w:lang w:val="pt-BR"/>
        </w:rPr>
      </w:pPr>
    </w:p>
    <w:p w14:paraId="3595C999" w14:textId="77777777" w:rsidR="008D63F5" w:rsidRPr="001F72D4" w:rsidRDefault="008D63F5">
      <w:pPr>
        <w:spacing w:line="240" w:lineRule="auto"/>
        <w:jc w:val="center"/>
        <w:rPr>
          <w:lang w:val="pt-BR"/>
        </w:rPr>
      </w:pPr>
    </w:p>
    <w:p w14:paraId="4E63BCB0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Alagoinhas – Bahia</w:t>
      </w:r>
    </w:p>
    <w:p w14:paraId="634A7810" w14:textId="77777777" w:rsidR="008D63F5" w:rsidRPr="001F72D4" w:rsidRDefault="00000000">
      <w:pPr>
        <w:spacing w:line="276" w:lineRule="auto"/>
        <w:jc w:val="center"/>
        <w:rPr>
          <w:lang w:val="pt-BR"/>
        </w:rPr>
      </w:pPr>
      <w:r w:rsidRPr="001F72D4">
        <w:rPr>
          <w:rFonts w:eastAsia="Times New Roman"/>
          <w:b/>
          <w:lang w:val="pt-BR"/>
        </w:rPr>
        <w:t>2026</w:t>
      </w:r>
    </w:p>
    <w:p w14:paraId="41E89E1E" w14:textId="7C7DDB16" w:rsidR="00773426" w:rsidRPr="001F72D4" w:rsidRDefault="00317919" w:rsidP="00317919">
      <w:pPr>
        <w:jc w:val="center"/>
        <w:rPr>
          <w:rFonts w:cs="Times New Roman"/>
          <w:szCs w:val="24"/>
          <w:lang w:val="pt-BR"/>
        </w:rPr>
      </w:pPr>
      <w:r w:rsidRPr="001F72D4">
        <w:rPr>
          <w:rFonts w:cs="Times New Roman"/>
          <w:b/>
          <w:szCs w:val="24"/>
          <w:lang w:val="pt-BR"/>
        </w:rPr>
        <w:lastRenderedPageBreak/>
        <w:t>AGRADECIMENTOS</w:t>
      </w:r>
    </w:p>
    <w:p w14:paraId="1406B8E5" w14:textId="77777777" w:rsidR="00773426" w:rsidRPr="001F72D4" w:rsidRDefault="00773426" w:rsidP="00773426">
      <w:pPr>
        <w:jc w:val="both"/>
        <w:rPr>
          <w:rFonts w:cs="Times New Roman"/>
          <w:szCs w:val="24"/>
          <w:lang w:val="pt-BR"/>
        </w:rPr>
      </w:pPr>
    </w:p>
    <w:p w14:paraId="60EFF46B" w14:textId="77777777" w:rsidR="00773426" w:rsidRPr="001F72D4" w:rsidRDefault="00773426" w:rsidP="00773426">
      <w:pPr>
        <w:jc w:val="both"/>
        <w:rPr>
          <w:rFonts w:cs="Times New Roman"/>
          <w:szCs w:val="24"/>
          <w:lang w:val="pt-BR"/>
        </w:rPr>
      </w:pPr>
      <w:r w:rsidRPr="001F72D4">
        <w:rPr>
          <w:rFonts w:cs="Times New Roman"/>
          <w:szCs w:val="24"/>
          <w:lang w:val="pt-BR"/>
        </w:rPr>
        <w:tab/>
        <w:t>XXXXXXXXXXXXXXXXXXXXXXXXXXXXXXXXXXXXXXXXXXXXXXXXXXXXXXXXXXXXXXXXXXXXXXXXXXXXXXXXXXXXXXXXXXXXXXXXXXXXXXXXXXXXXXXXXXXXXXXXXXXXXXXXXXXXXXXXXXXXXXXXXXXXXXXXXXXXXXXXXXXX.</w:t>
      </w:r>
    </w:p>
    <w:p w14:paraId="708094CB" w14:textId="77777777" w:rsidR="00773426" w:rsidRPr="001F72D4" w:rsidRDefault="00773426" w:rsidP="00773426">
      <w:pPr>
        <w:jc w:val="both"/>
        <w:rPr>
          <w:rFonts w:cs="Times New Roman"/>
          <w:szCs w:val="24"/>
          <w:lang w:val="pt-BR"/>
        </w:rPr>
      </w:pPr>
      <w:r w:rsidRPr="001F72D4">
        <w:rPr>
          <w:rFonts w:cs="Times New Roman"/>
          <w:szCs w:val="24"/>
          <w:lang w:val="pt-BR"/>
        </w:rPr>
        <w:tab/>
        <w:t>XXXXXXXXXXXXXXXXXXXXXXXXXXXXXXXXXXXXXXXXXXXXXXXXXXXXXXXXXXXXXXXXXXXXXXXXXXXXXXXXXXXXXXXXXXXXXXXXXXXXXXXXXXXXXXXXXXXXXXXXXXXXXXXXXXXXXXXXXXXXXXXXXXXXXXXXXXXXXXXXXXXX.</w:t>
      </w:r>
    </w:p>
    <w:p w14:paraId="323F4FE4" w14:textId="77777777" w:rsidR="00773426" w:rsidRPr="001F72D4" w:rsidRDefault="00000000" w:rsidP="00EC583A">
      <w:pPr>
        <w:spacing w:after="240" w:line="240" w:lineRule="auto"/>
        <w:jc w:val="center"/>
        <w:rPr>
          <w:lang w:val="pt-BR"/>
        </w:rPr>
      </w:pPr>
      <w:r w:rsidRPr="001F72D4">
        <w:rPr>
          <w:lang w:val="pt-BR"/>
        </w:rPr>
        <w:br w:type="page"/>
      </w:r>
    </w:p>
    <w:p w14:paraId="343337A4" w14:textId="392F55F9" w:rsidR="009E71B8" w:rsidRPr="001F72D4" w:rsidRDefault="00000000" w:rsidP="00EC583A">
      <w:pPr>
        <w:spacing w:after="240" w:line="240" w:lineRule="auto"/>
        <w:jc w:val="center"/>
        <w:rPr>
          <w:lang w:val="pt-BR"/>
        </w:rPr>
      </w:pPr>
      <w:r w:rsidRPr="001F72D4">
        <w:rPr>
          <w:b/>
          <w:lang w:val="pt-BR"/>
        </w:rPr>
        <w:lastRenderedPageBreak/>
        <w:t>RESUMO</w:t>
      </w:r>
    </w:p>
    <w:p w14:paraId="167C4EDC" w14:textId="40D324DA" w:rsidR="009E71B8" w:rsidRPr="001F72D4" w:rsidRDefault="00000000">
      <w:pPr>
        <w:spacing w:after="120" w:line="240" w:lineRule="auto"/>
        <w:rPr>
          <w:lang w:val="pt-BR"/>
        </w:rPr>
      </w:pPr>
      <w:r w:rsidRPr="001F72D4">
        <w:rPr>
          <w:b/>
          <w:lang w:val="pt-BR"/>
        </w:rPr>
        <w:t>Orientações:</w:t>
      </w:r>
    </w:p>
    <w:p w14:paraId="00372545" w14:textId="77777777" w:rsidR="009E71B8" w:rsidRPr="001F72D4" w:rsidRDefault="00000000">
      <w:pPr>
        <w:pStyle w:val="Commarcadores"/>
        <w:spacing w:after="120" w:line="240" w:lineRule="auto"/>
        <w:ind w:firstLine="0"/>
        <w:jc w:val="both"/>
        <w:rPr>
          <w:lang w:val="pt-BR"/>
        </w:rPr>
      </w:pPr>
      <w:r w:rsidRPr="001F72D4">
        <w:rPr>
          <w:lang w:val="pt-BR"/>
        </w:rPr>
        <w:t>Escrever um parágrafo único (sem recuo, sem tópicos), entre 150 e 250 palavras, resumindo o trabalho: quem é o autor, qual foi sua trajetória no curso, qual prática escolheu e por que ela é importante.</w:t>
      </w:r>
    </w:p>
    <w:p w14:paraId="0DC459CF" w14:textId="77777777" w:rsidR="009E71B8" w:rsidRPr="001F72D4" w:rsidRDefault="00000000">
      <w:pPr>
        <w:pStyle w:val="Commarcadores"/>
        <w:spacing w:after="120" w:line="240" w:lineRule="auto"/>
        <w:ind w:firstLine="0"/>
        <w:jc w:val="both"/>
        <w:rPr>
          <w:lang w:val="pt-BR"/>
        </w:rPr>
      </w:pPr>
      <w:r w:rsidRPr="001F72D4">
        <w:rPr>
          <w:lang w:val="pt-BR"/>
        </w:rPr>
        <w:t>Citar de forma breve o que foi discutido no aprofundamento teórico (o tema central, sem entrar em detalhes).</w:t>
      </w:r>
    </w:p>
    <w:p w14:paraId="7AE62683" w14:textId="77777777" w:rsidR="009E71B8" w:rsidRPr="001F72D4" w:rsidRDefault="00000000">
      <w:pPr>
        <w:pStyle w:val="Commarcadores"/>
        <w:spacing w:after="120" w:line="240" w:lineRule="auto"/>
        <w:ind w:firstLine="0"/>
        <w:jc w:val="both"/>
        <w:rPr>
          <w:lang w:val="pt-BR"/>
        </w:rPr>
      </w:pPr>
      <w:r w:rsidRPr="001F72D4">
        <w:rPr>
          <w:lang w:val="pt-BR"/>
        </w:rPr>
        <w:t>Mencionar a principal conclusão sobre as competências desenvolvidas no curso.</w:t>
      </w:r>
    </w:p>
    <w:p w14:paraId="5A25672E" w14:textId="77777777" w:rsidR="009E71B8" w:rsidRPr="001F72D4" w:rsidRDefault="00000000">
      <w:pPr>
        <w:pStyle w:val="Commarcadores"/>
        <w:spacing w:after="120" w:line="240" w:lineRule="auto"/>
        <w:ind w:firstLine="0"/>
        <w:jc w:val="both"/>
        <w:rPr>
          <w:lang w:val="pt-BR"/>
        </w:rPr>
      </w:pPr>
      <w:r w:rsidRPr="001F72D4">
        <w:rPr>
          <w:lang w:val="pt-BR"/>
        </w:rPr>
        <w:t>Ao final do parágrafo, incluir de 3 a 5 palavras-chave, separadas por ponto, relacionadas ao tema (ex.: Análises Clínicas. PROEJA. [prática escolhida]. Controle de qualidade.).</w:t>
      </w:r>
    </w:p>
    <w:p w14:paraId="323C4BD1" w14:textId="77777777" w:rsidR="00EC583A" w:rsidRPr="001F72D4" w:rsidRDefault="00EC583A" w:rsidP="00EC583A">
      <w:pPr>
        <w:pStyle w:val="Corpodetexto"/>
        <w:jc w:val="both"/>
        <w:rPr>
          <w:rFonts w:cs="Times New Roman"/>
          <w:lang w:val="pt-BR"/>
        </w:rPr>
      </w:pPr>
    </w:p>
    <w:p w14:paraId="36DB4DAC" w14:textId="097A41D5" w:rsidR="00EC583A" w:rsidRPr="001F72D4" w:rsidRDefault="00EC583A" w:rsidP="00EC583A">
      <w:pPr>
        <w:pStyle w:val="Corpodetexto"/>
        <w:jc w:val="both"/>
        <w:rPr>
          <w:rFonts w:cs="Times New Roman"/>
          <w:lang w:val="pt-BR"/>
        </w:rPr>
      </w:pPr>
      <w:r w:rsidRPr="001F72D4">
        <w:rPr>
          <w:rFonts w:cs="Times New Roman"/>
          <w:lang w:val="pt-B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63F9894" w14:textId="77777777" w:rsidR="00EC583A" w:rsidRPr="001F72D4" w:rsidRDefault="00EC583A" w:rsidP="00EC583A">
      <w:pPr>
        <w:pStyle w:val="Corpodetexto"/>
        <w:rPr>
          <w:rFonts w:cs="Times New Roman"/>
          <w:lang w:val="pt-BR"/>
        </w:rPr>
      </w:pPr>
    </w:p>
    <w:p w14:paraId="20CD181F" w14:textId="487E6BFC" w:rsidR="00EC583A" w:rsidRPr="001F72D4" w:rsidRDefault="00EC583A" w:rsidP="00EC583A">
      <w:pPr>
        <w:jc w:val="both"/>
        <w:rPr>
          <w:rFonts w:cs="Times New Roman"/>
          <w:szCs w:val="24"/>
          <w:lang w:val="pt-BR"/>
        </w:rPr>
      </w:pPr>
      <w:r w:rsidRPr="001F72D4">
        <w:rPr>
          <w:rFonts w:cs="Times New Roman"/>
          <w:b/>
          <w:szCs w:val="24"/>
          <w:lang w:val="pt-BR"/>
        </w:rPr>
        <w:t>Palavras</w:t>
      </w:r>
      <w:r w:rsidR="00317919" w:rsidRPr="001F72D4">
        <w:rPr>
          <w:rFonts w:cs="Times New Roman"/>
          <w:b/>
          <w:spacing w:val="-3"/>
          <w:szCs w:val="24"/>
          <w:lang w:val="pt-BR"/>
        </w:rPr>
        <w:t>-</w:t>
      </w:r>
      <w:r w:rsidRPr="001F72D4">
        <w:rPr>
          <w:rFonts w:cs="Times New Roman"/>
          <w:b/>
          <w:szCs w:val="24"/>
          <w:lang w:val="pt-BR"/>
        </w:rPr>
        <w:t>chave</w:t>
      </w:r>
      <w:r w:rsidRPr="001F72D4">
        <w:rPr>
          <w:rFonts w:cs="Times New Roman"/>
          <w:szCs w:val="24"/>
          <w:lang w:val="pt-BR"/>
        </w:rPr>
        <w:t>:</w:t>
      </w:r>
      <w:r w:rsidRPr="001F72D4">
        <w:rPr>
          <w:rFonts w:cs="Times New Roman"/>
          <w:spacing w:val="-3"/>
          <w:szCs w:val="24"/>
          <w:lang w:val="pt-BR"/>
        </w:rPr>
        <w:t xml:space="preserve"> </w:t>
      </w:r>
      <w:proofErr w:type="spellStart"/>
      <w:r w:rsidRPr="001F72D4">
        <w:rPr>
          <w:rFonts w:cs="Times New Roman"/>
          <w:szCs w:val="24"/>
          <w:lang w:val="pt-BR"/>
        </w:rPr>
        <w:t>Xxxxxxxxxxx</w:t>
      </w:r>
      <w:proofErr w:type="spellEnd"/>
      <w:r w:rsidRPr="001F72D4">
        <w:rPr>
          <w:rFonts w:cs="Times New Roman"/>
          <w:szCs w:val="24"/>
          <w:lang w:val="pt-BR"/>
        </w:rPr>
        <w:t>.</w:t>
      </w:r>
      <w:r w:rsidRPr="001F72D4">
        <w:rPr>
          <w:rFonts w:cs="Times New Roman"/>
          <w:spacing w:val="-3"/>
          <w:szCs w:val="24"/>
          <w:lang w:val="pt-BR"/>
        </w:rPr>
        <w:t xml:space="preserve"> </w:t>
      </w:r>
      <w:proofErr w:type="spellStart"/>
      <w:r w:rsidRPr="001F72D4">
        <w:rPr>
          <w:rFonts w:cs="Times New Roman"/>
          <w:szCs w:val="24"/>
          <w:lang w:val="pt-BR"/>
        </w:rPr>
        <w:t>Xxxxxxxxxxx</w:t>
      </w:r>
      <w:proofErr w:type="spellEnd"/>
      <w:r w:rsidRPr="001F72D4">
        <w:rPr>
          <w:rFonts w:cs="Times New Roman"/>
          <w:szCs w:val="24"/>
          <w:lang w:val="pt-BR"/>
        </w:rPr>
        <w:t>.</w:t>
      </w:r>
      <w:r w:rsidRPr="001F72D4">
        <w:rPr>
          <w:rFonts w:cs="Times New Roman"/>
          <w:spacing w:val="-1"/>
          <w:szCs w:val="24"/>
          <w:lang w:val="pt-BR"/>
        </w:rPr>
        <w:t xml:space="preserve"> </w:t>
      </w:r>
      <w:proofErr w:type="spellStart"/>
      <w:r w:rsidRPr="001F72D4">
        <w:rPr>
          <w:rFonts w:cs="Times New Roman"/>
          <w:szCs w:val="24"/>
          <w:lang w:val="pt-BR"/>
        </w:rPr>
        <w:t>Xxxxxxxxxxx</w:t>
      </w:r>
      <w:proofErr w:type="spellEnd"/>
      <w:r w:rsidRPr="001F72D4">
        <w:rPr>
          <w:rFonts w:cs="Times New Roman"/>
          <w:szCs w:val="24"/>
          <w:lang w:val="pt-BR"/>
        </w:rPr>
        <w:t>.</w:t>
      </w:r>
    </w:p>
    <w:p w14:paraId="4F5F1DD5" w14:textId="77777777" w:rsidR="00EC583A" w:rsidRPr="001F72D4" w:rsidRDefault="00EC583A" w:rsidP="00EC583A">
      <w:pPr>
        <w:pStyle w:val="Commarcadores"/>
        <w:numPr>
          <w:ilvl w:val="0"/>
          <w:numId w:val="0"/>
        </w:numPr>
        <w:spacing w:after="120" w:line="240" w:lineRule="auto"/>
        <w:ind w:left="360" w:hanging="360"/>
        <w:jc w:val="both"/>
        <w:rPr>
          <w:lang w:val="pt-BR"/>
        </w:rPr>
      </w:pPr>
    </w:p>
    <w:p w14:paraId="2E3ECF21" w14:textId="25E33A4C" w:rsidR="008D63F5" w:rsidRPr="001F72D4" w:rsidRDefault="00000000" w:rsidP="00DC12C4">
      <w:pPr>
        <w:jc w:val="center"/>
        <w:rPr>
          <w:rFonts w:eastAsia="Times New Roman"/>
          <w:b/>
          <w:lang w:val="pt-BR"/>
        </w:rPr>
      </w:pPr>
      <w:r w:rsidRPr="001F72D4">
        <w:rPr>
          <w:lang w:val="pt-BR"/>
        </w:rPr>
        <w:br w:type="page"/>
      </w:r>
      <w:r w:rsidRPr="001F72D4">
        <w:rPr>
          <w:rFonts w:eastAsia="Times New Roman"/>
          <w:b/>
          <w:lang w:val="pt-BR"/>
        </w:rPr>
        <w:lastRenderedPageBreak/>
        <w:t>SUMÁRIO</w:t>
      </w:r>
    </w:p>
    <w:sdt>
      <w:sdtPr>
        <w:rPr>
          <w:rFonts w:ascii="Times New Roman" w:eastAsiaTheme="minorEastAsia" w:hAnsi="Times New Roman" w:cstheme="minorBidi"/>
          <w:b w:val="0"/>
          <w:bCs w:val="0"/>
          <w:color w:val="auto"/>
          <w:szCs w:val="22"/>
          <w:lang w:val="pt-BR"/>
        </w:rPr>
        <w:id w:val="1765955721"/>
        <w:docPartObj>
          <w:docPartGallery w:val="Table of Contents"/>
          <w:docPartUnique/>
        </w:docPartObj>
      </w:sdtPr>
      <w:sdtContent>
        <w:p w14:paraId="77317D8E" w14:textId="0F3B7ECA" w:rsidR="00737911" w:rsidRPr="001F72D4" w:rsidRDefault="00737911">
          <w:pPr>
            <w:pStyle w:val="CabealhodoSumrio"/>
            <w:rPr>
              <w:lang w:val="pt-BR"/>
            </w:rPr>
          </w:pPr>
        </w:p>
        <w:p w14:paraId="1731BCAD" w14:textId="4D7B90FA" w:rsidR="00737911" w:rsidRPr="001F72D4" w:rsidRDefault="00737911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val="pt-BR" w:eastAsia="pt-BR"/>
              <w14:ligatures w14:val="standardContextual"/>
            </w:rPr>
          </w:pPr>
          <w:r w:rsidRPr="001F72D4">
            <w:rPr>
              <w:lang w:val="pt-BR"/>
            </w:rPr>
            <w:fldChar w:fldCharType="begin"/>
          </w:r>
          <w:r w:rsidRPr="001F72D4">
            <w:rPr>
              <w:lang w:val="pt-BR"/>
            </w:rPr>
            <w:instrText xml:space="preserve"> TOC \o "1-3" \h \z \u </w:instrText>
          </w:r>
          <w:r w:rsidRPr="001F72D4">
            <w:rPr>
              <w:lang w:val="pt-BR"/>
            </w:rPr>
            <w:fldChar w:fldCharType="separate"/>
          </w:r>
          <w:hyperlink w:anchor="_Toc237871852" w:history="1">
            <w:r w:rsidRPr="001F72D4">
              <w:rPr>
                <w:rStyle w:val="Hyperlink"/>
                <w:rFonts w:eastAsia="Times New Roman"/>
                <w:noProof/>
                <w:lang w:val="pt-BR"/>
              </w:rPr>
              <w:t>1. INTRODUÇÃO — TRAJETÓRIA E PERFIL PROFISSIONAL</w:t>
            </w:r>
            <w:r w:rsidRPr="001F72D4">
              <w:rPr>
                <w:noProof/>
                <w:webHidden/>
                <w:lang w:val="pt-BR"/>
              </w:rPr>
              <w:tab/>
            </w:r>
            <w:r w:rsidRPr="001F72D4">
              <w:rPr>
                <w:noProof/>
                <w:webHidden/>
                <w:lang w:val="pt-BR"/>
              </w:rPr>
              <w:fldChar w:fldCharType="begin"/>
            </w:r>
            <w:r w:rsidRPr="001F72D4">
              <w:rPr>
                <w:noProof/>
                <w:webHidden/>
                <w:lang w:val="pt-BR"/>
              </w:rPr>
              <w:instrText xml:space="preserve"> PAGEREF _Toc237871852 \h </w:instrText>
            </w:r>
            <w:r w:rsidRPr="001F72D4">
              <w:rPr>
                <w:noProof/>
                <w:webHidden/>
                <w:lang w:val="pt-BR"/>
              </w:rPr>
            </w:r>
            <w:r w:rsidRPr="001F72D4">
              <w:rPr>
                <w:noProof/>
                <w:webHidden/>
                <w:lang w:val="pt-BR"/>
              </w:rPr>
              <w:fldChar w:fldCharType="separate"/>
            </w:r>
            <w:r w:rsidRPr="001F72D4">
              <w:rPr>
                <w:noProof/>
                <w:webHidden/>
                <w:lang w:val="pt-BR"/>
              </w:rPr>
              <w:t>4</w:t>
            </w:r>
            <w:r w:rsidRPr="001F72D4">
              <w:rPr>
                <w:noProof/>
                <w:webHidden/>
                <w:lang w:val="pt-BR"/>
              </w:rPr>
              <w:fldChar w:fldCharType="end"/>
            </w:r>
          </w:hyperlink>
        </w:p>
        <w:p w14:paraId="6A20069F" w14:textId="747BBB3C" w:rsidR="00737911" w:rsidRPr="001F72D4" w:rsidRDefault="00737911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val="pt-BR" w:eastAsia="pt-BR"/>
              <w14:ligatures w14:val="standardContextual"/>
            </w:rPr>
          </w:pPr>
          <w:hyperlink w:anchor="_Toc237871853" w:history="1">
            <w:r w:rsidRPr="001F72D4">
              <w:rPr>
                <w:rStyle w:val="Hyperlink"/>
                <w:rFonts w:eastAsia="Times New Roman"/>
                <w:noProof/>
                <w:lang w:val="pt-BR"/>
              </w:rPr>
              <w:t>2. VIVÊNCIA PRÁTICA: [INSERIR O NOME DA PRÁTICA]</w:t>
            </w:r>
            <w:r w:rsidRPr="001F72D4">
              <w:rPr>
                <w:noProof/>
                <w:webHidden/>
                <w:lang w:val="pt-BR"/>
              </w:rPr>
              <w:tab/>
            </w:r>
            <w:r w:rsidRPr="001F72D4">
              <w:rPr>
                <w:noProof/>
                <w:webHidden/>
                <w:lang w:val="pt-BR"/>
              </w:rPr>
              <w:fldChar w:fldCharType="begin"/>
            </w:r>
            <w:r w:rsidRPr="001F72D4">
              <w:rPr>
                <w:noProof/>
                <w:webHidden/>
                <w:lang w:val="pt-BR"/>
              </w:rPr>
              <w:instrText xml:space="preserve"> PAGEREF _Toc237871853 \h </w:instrText>
            </w:r>
            <w:r w:rsidRPr="001F72D4">
              <w:rPr>
                <w:noProof/>
                <w:webHidden/>
                <w:lang w:val="pt-BR"/>
              </w:rPr>
            </w:r>
            <w:r w:rsidRPr="001F72D4">
              <w:rPr>
                <w:noProof/>
                <w:webHidden/>
                <w:lang w:val="pt-BR"/>
              </w:rPr>
              <w:fldChar w:fldCharType="separate"/>
            </w:r>
            <w:r w:rsidRPr="001F72D4">
              <w:rPr>
                <w:noProof/>
                <w:webHidden/>
                <w:lang w:val="pt-BR"/>
              </w:rPr>
              <w:t>4</w:t>
            </w:r>
            <w:r w:rsidRPr="001F72D4">
              <w:rPr>
                <w:noProof/>
                <w:webHidden/>
                <w:lang w:val="pt-BR"/>
              </w:rPr>
              <w:fldChar w:fldCharType="end"/>
            </w:r>
          </w:hyperlink>
        </w:p>
        <w:p w14:paraId="69AAF06E" w14:textId="07F03664" w:rsidR="00737911" w:rsidRPr="001F72D4" w:rsidRDefault="00737911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val="pt-BR" w:eastAsia="pt-BR"/>
              <w14:ligatures w14:val="standardContextual"/>
            </w:rPr>
          </w:pPr>
          <w:hyperlink w:anchor="_Toc237871854" w:history="1">
            <w:r w:rsidRPr="001F72D4">
              <w:rPr>
                <w:rStyle w:val="Hyperlink"/>
                <w:rFonts w:eastAsia="Times New Roman"/>
                <w:noProof/>
                <w:lang w:val="pt-BR"/>
              </w:rPr>
              <w:t>3. APROFUNDAMENTO TEÓRICO DA PRÁTICA</w:t>
            </w:r>
            <w:r w:rsidRPr="001F72D4">
              <w:rPr>
                <w:noProof/>
                <w:webHidden/>
                <w:lang w:val="pt-BR"/>
              </w:rPr>
              <w:tab/>
            </w:r>
            <w:r w:rsidRPr="001F72D4">
              <w:rPr>
                <w:noProof/>
                <w:webHidden/>
                <w:lang w:val="pt-BR"/>
              </w:rPr>
              <w:fldChar w:fldCharType="begin"/>
            </w:r>
            <w:r w:rsidRPr="001F72D4">
              <w:rPr>
                <w:noProof/>
                <w:webHidden/>
                <w:lang w:val="pt-BR"/>
              </w:rPr>
              <w:instrText xml:space="preserve"> PAGEREF _Toc237871854 \h </w:instrText>
            </w:r>
            <w:r w:rsidRPr="001F72D4">
              <w:rPr>
                <w:noProof/>
                <w:webHidden/>
                <w:lang w:val="pt-BR"/>
              </w:rPr>
            </w:r>
            <w:r w:rsidRPr="001F72D4">
              <w:rPr>
                <w:noProof/>
                <w:webHidden/>
                <w:lang w:val="pt-BR"/>
              </w:rPr>
              <w:fldChar w:fldCharType="separate"/>
            </w:r>
            <w:r w:rsidRPr="001F72D4">
              <w:rPr>
                <w:noProof/>
                <w:webHidden/>
                <w:lang w:val="pt-BR"/>
              </w:rPr>
              <w:t>6</w:t>
            </w:r>
            <w:r w:rsidRPr="001F72D4">
              <w:rPr>
                <w:noProof/>
                <w:webHidden/>
                <w:lang w:val="pt-BR"/>
              </w:rPr>
              <w:fldChar w:fldCharType="end"/>
            </w:r>
          </w:hyperlink>
        </w:p>
        <w:p w14:paraId="5DD690AA" w14:textId="6CBE143D" w:rsidR="00737911" w:rsidRPr="001F72D4" w:rsidRDefault="00737911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val="pt-BR" w:eastAsia="pt-BR"/>
              <w14:ligatures w14:val="standardContextual"/>
            </w:rPr>
          </w:pPr>
          <w:hyperlink w:anchor="_Toc237871855" w:history="1">
            <w:r w:rsidRPr="001F72D4">
              <w:rPr>
                <w:rStyle w:val="Hyperlink"/>
                <w:rFonts w:eastAsia="Times New Roman"/>
                <w:noProof/>
                <w:lang w:val="pt-BR"/>
              </w:rPr>
              <w:t>4. CONCLUSÃO — COMPETÊNCIAS E PERSPECTIVAS</w:t>
            </w:r>
            <w:r w:rsidRPr="001F72D4">
              <w:rPr>
                <w:noProof/>
                <w:webHidden/>
                <w:lang w:val="pt-BR"/>
              </w:rPr>
              <w:tab/>
            </w:r>
            <w:r w:rsidRPr="001F72D4">
              <w:rPr>
                <w:noProof/>
                <w:webHidden/>
                <w:lang w:val="pt-BR"/>
              </w:rPr>
              <w:fldChar w:fldCharType="begin"/>
            </w:r>
            <w:r w:rsidRPr="001F72D4">
              <w:rPr>
                <w:noProof/>
                <w:webHidden/>
                <w:lang w:val="pt-BR"/>
              </w:rPr>
              <w:instrText xml:space="preserve"> PAGEREF _Toc237871855 \h </w:instrText>
            </w:r>
            <w:r w:rsidRPr="001F72D4">
              <w:rPr>
                <w:noProof/>
                <w:webHidden/>
                <w:lang w:val="pt-BR"/>
              </w:rPr>
            </w:r>
            <w:r w:rsidRPr="001F72D4">
              <w:rPr>
                <w:noProof/>
                <w:webHidden/>
                <w:lang w:val="pt-BR"/>
              </w:rPr>
              <w:fldChar w:fldCharType="separate"/>
            </w:r>
            <w:r w:rsidRPr="001F72D4">
              <w:rPr>
                <w:noProof/>
                <w:webHidden/>
                <w:lang w:val="pt-BR"/>
              </w:rPr>
              <w:t>7</w:t>
            </w:r>
            <w:r w:rsidRPr="001F72D4">
              <w:rPr>
                <w:noProof/>
                <w:webHidden/>
                <w:lang w:val="pt-BR"/>
              </w:rPr>
              <w:fldChar w:fldCharType="end"/>
            </w:r>
          </w:hyperlink>
        </w:p>
        <w:p w14:paraId="0B78A865" w14:textId="5CF2AFF1" w:rsidR="00737911" w:rsidRPr="001F72D4" w:rsidRDefault="00737911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val="pt-BR" w:eastAsia="pt-BR"/>
              <w14:ligatures w14:val="standardContextual"/>
            </w:rPr>
          </w:pPr>
          <w:hyperlink w:anchor="_Toc237871856" w:history="1">
            <w:r w:rsidRPr="001F72D4">
              <w:rPr>
                <w:rStyle w:val="Hyperlink"/>
                <w:rFonts w:eastAsia="Times New Roman"/>
                <w:noProof/>
                <w:lang w:val="pt-BR"/>
              </w:rPr>
              <w:t>5. REFERÊNCIAS</w:t>
            </w:r>
            <w:r w:rsidRPr="001F72D4">
              <w:rPr>
                <w:noProof/>
                <w:webHidden/>
                <w:lang w:val="pt-BR"/>
              </w:rPr>
              <w:tab/>
            </w:r>
            <w:r w:rsidRPr="001F72D4">
              <w:rPr>
                <w:noProof/>
                <w:webHidden/>
                <w:lang w:val="pt-BR"/>
              </w:rPr>
              <w:fldChar w:fldCharType="begin"/>
            </w:r>
            <w:r w:rsidRPr="001F72D4">
              <w:rPr>
                <w:noProof/>
                <w:webHidden/>
                <w:lang w:val="pt-BR"/>
              </w:rPr>
              <w:instrText xml:space="preserve"> PAGEREF _Toc237871856 \h </w:instrText>
            </w:r>
            <w:r w:rsidRPr="001F72D4">
              <w:rPr>
                <w:noProof/>
                <w:webHidden/>
                <w:lang w:val="pt-BR"/>
              </w:rPr>
            </w:r>
            <w:r w:rsidRPr="001F72D4">
              <w:rPr>
                <w:noProof/>
                <w:webHidden/>
                <w:lang w:val="pt-BR"/>
              </w:rPr>
              <w:fldChar w:fldCharType="separate"/>
            </w:r>
            <w:r w:rsidRPr="001F72D4">
              <w:rPr>
                <w:noProof/>
                <w:webHidden/>
                <w:lang w:val="pt-BR"/>
              </w:rPr>
              <w:t>8</w:t>
            </w:r>
            <w:r w:rsidRPr="001F72D4">
              <w:rPr>
                <w:noProof/>
                <w:webHidden/>
                <w:lang w:val="pt-BR"/>
              </w:rPr>
              <w:fldChar w:fldCharType="end"/>
            </w:r>
          </w:hyperlink>
        </w:p>
        <w:p w14:paraId="40AA9FDB" w14:textId="6554A1FE" w:rsidR="00737911" w:rsidRPr="001F72D4" w:rsidRDefault="00737911">
          <w:pPr>
            <w:rPr>
              <w:lang w:val="pt-BR"/>
            </w:rPr>
          </w:pPr>
          <w:r w:rsidRPr="001F72D4">
            <w:rPr>
              <w:b/>
              <w:bCs/>
              <w:lang w:val="pt-BR"/>
            </w:rPr>
            <w:fldChar w:fldCharType="end"/>
          </w:r>
        </w:p>
      </w:sdtContent>
    </w:sdt>
    <w:p w14:paraId="718F8992" w14:textId="4AF369DF" w:rsidR="008D63F5" w:rsidRPr="001F72D4" w:rsidRDefault="008D63F5">
      <w:pPr>
        <w:tabs>
          <w:tab w:val="right" w:leader="dot" w:pos="8787"/>
        </w:tabs>
        <w:spacing w:after="60" w:line="276" w:lineRule="auto"/>
        <w:rPr>
          <w:lang w:val="pt-BR"/>
        </w:rPr>
      </w:pPr>
    </w:p>
    <w:p w14:paraId="6E054642" w14:textId="77777777" w:rsidR="00022298" w:rsidRPr="001F72D4" w:rsidRDefault="00022298">
      <w:pPr>
        <w:spacing w:after="360"/>
        <w:rPr>
          <w:rFonts w:eastAsia="Times New Roman"/>
          <w:lang w:val="pt-BR"/>
        </w:rPr>
      </w:pPr>
    </w:p>
    <w:p w14:paraId="0F74EDEF" w14:textId="77777777" w:rsidR="00022298" w:rsidRPr="001F72D4" w:rsidRDefault="00022298">
      <w:pPr>
        <w:spacing w:after="360"/>
        <w:rPr>
          <w:rFonts w:eastAsia="Times New Roman"/>
          <w:lang w:val="pt-BR"/>
        </w:rPr>
      </w:pPr>
    </w:p>
    <w:p w14:paraId="79A132EC" w14:textId="77777777" w:rsidR="00022298" w:rsidRPr="001F72D4" w:rsidRDefault="00022298" w:rsidP="00022298">
      <w:pPr>
        <w:rPr>
          <w:lang w:val="pt-BR"/>
        </w:rPr>
      </w:pPr>
    </w:p>
    <w:p w14:paraId="7A9A6208" w14:textId="77777777" w:rsidR="00022298" w:rsidRPr="001F72D4" w:rsidRDefault="00022298" w:rsidP="00022298">
      <w:pPr>
        <w:rPr>
          <w:lang w:val="pt-BR"/>
        </w:rPr>
      </w:pPr>
    </w:p>
    <w:p w14:paraId="6306C367" w14:textId="77777777" w:rsidR="00022298" w:rsidRPr="001F72D4" w:rsidRDefault="00022298" w:rsidP="00022298">
      <w:pPr>
        <w:rPr>
          <w:lang w:val="pt-BR"/>
        </w:rPr>
      </w:pPr>
    </w:p>
    <w:p w14:paraId="63F1E4B4" w14:textId="77777777" w:rsidR="00022298" w:rsidRPr="001F72D4" w:rsidRDefault="00022298" w:rsidP="00022298">
      <w:pPr>
        <w:rPr>
          <w:lang w:val="pt-BR"/>
        </w:rPr>
      </w:pPr>
    </w:p>
    <w:p w14:paraId="11637774" w14:textId="77777777" w:rsidR="00022298" w:rsidRPr="001F72D4" w:rsidRDefault="00022298" w:rsidP="00022298">
      <w:pPr>
        <w:rPr>
          <w:lang w:val="pt-BR"/>
        </w:rPr>
      </w:pPr>
    </w:p>
    <w:p w14:paraId="4EA186D9" w14:textId="77777777" w:rsidR="00022298" w:rsidRPr="001F72D4" w:rsidRDefault="00022298" w:rsidP="00022298">
      <w:pPr>
        <w:rPr>
          <w:lang w:val="pt-BR"/>
        </w:rPr>
      </w:pPr>
    </w:p>
    <w:p w14:paraId="30ABADBF" w14:textId="77777777" w:rsidR="00022298" w:rsidRPr="001F72D4" w:rsidRDefault="00022298" w:rsidP="00022298">
      <w:pPr>
        <w:rPr>
          <w:lang w:val="pt-BR"/>
        </w:rPr>
      </w:pPr>
    </w:p>
    <w:p w14:paraId="2A1BE72F" w14:textId="77777777" w:rsidR="00022298" w:rsidRPr="001F72D4" w:rsidRDefault="00022298" w:rsidP="00022298">
      <w:pPr>
        <w:rPr>
          <w:lang w:val="pt-BR"/>
        </w:rPr>
      </w:pPr>
    </w:p>
    <w:p w14:paraId="64149F73" w14:textId="77777777" w:rsidR="00022298" w:rsidRPr="001F72D4" w:rsidRDefault="00022298" w:rsidP="00022298">
      <w:pPr>
        <w:rPr>
          <w:lang w:val="pt-BR"/>
        </w:rPr>
      </w:pPr>
    </w:p>
    <w:p w14:paraId="5EB4E9AD" w14:textId="77777777" w:rsidR="00022298" w:rsidRPr="001F72D4" w:rsidRDefault="00022298" w:rsidP="00022298">
      <w:pPr>
        <w:rPr>
          <w:lang w:val="pt-BR"/>
        </w:rPr>
      </w:pPr>
    </w:p>
    <w:p w14:paraId="7E51DDDB" w14:textId="77777777" w:rsidR="00022298" w:rsidRPr="001F72D4" w:rsidRDefault="00022298" w:rsidP="00022298">
      <w:pPr>
        <w:rPr>
          <w:lang w:val="pt-BR"/>
        </w:rPr>
      </w:pPr>
    </w:p>
    <w:p w14:paraId="45E34397" w14:textId="77777777" w:rsidR="00022298" w:rsidRPr="001F72D4" w:rsidRDefault="00022298" w:rsidP="00022298">
      <w:pPr>
        <w:rPr>
          <w:lang w:val="pt-BR"/>
        </w:rPr>
      </w:pPr>
    </w:p>
    <w:p w14:paraId="5E3EA028" w14:textId="77777777" w:rsidR="00022298" w:rsidRPr="001F72D4" w:rsidRDefault="00022298" w:rsidP="00022298">
      <w:pPr>
        <w:rPr>
          <w:lang w:val="pt-BR"/>
        </w:rPr>
      </w:pPr>
    </w:p>
    <w:p w14:paraId="59EFF36E" w14:textId="77777777" w:rsidR="00022298" w:rsidRPr="001F72D4" w:rsidRDefault="00022298" w:rsidP="00022298">
      <w:pPr>
        <w:rPr>
          <w:lang w:val="pt-BR"/>
        </w:rPr>
      </w:pPr>
    </w:p>
    <w:p w14:paraId="629CBADB" w14:textId="77777777" w:rsidR="00022298" w:rsidRPr="001F72D4" w:rsidRDefault="00022298" w:rsidP="00022298">
      <w:pPr>
        <w:rPr>
          <w:lang w:val="pt-BR"/>
        </w:rPr>
      </w:pPr>
    </w:p>
    <w:p w14:paraId="2C4F8E64" w14:textId="77777777" w:rsidR="00022298" w:rsidRPr="001F72D4" w:rsidRDefault="00022298" w:rsidP="00022298">
      <w:pPr>
        <w:rPr>
          <w:lang w:val="pt-BR"/>
        </w:rPr>
      </w:pPr>
    </w:p>
    <w:p w14:paraId="71460A3D" w14:textId="4B8ADCF0" w:rsidR="008D63F5" w:rsidRPr="001F72D4" w:rsidRDefault="008D63F5" w:rsidP="449B4F4D">
      <w:pPr>
        <w:rPr>
          <w:lang w:val="pt-BR"/>
        </w:rPr>
      </w:pPr>
    </w:p>
    <w:p w14:paraId="7F745812" w14:textId="77777777" w:rsidR="004350AB" w:rsidRPr="001F72D4" w:rsidRDefault="004350AB" w:rsidP="449B4F4D">
      <w:pPr>
        <w:spacing w:after="360"/>
        <w:rPr>
          <w:lang w:val="pt-BR"/>
        </w:rPr>
        <w:sectPr w:rsidR="004350AB" w:rsidRPr="001F72D4" w:rsidSect="00034616">
          <w:headerReference w:type="default" r:id="rId9"/>
          <w:footerReference w:type="default" r:id="rId10"/>
          <w:pgSz w:w="11906" w:h="16838"/>
          <w:pgMar w:top="1701" w:right="1134" w:bottom="1134" w:left="1701" w:header="709" w:footer="709" w:gutter="0"/>
          <w:cols w:space="720"/>
          <w:docGrid w:linePitch="360"/>
        </w:sectPr>
      </w:pPr>
    </w:p>
    <w:p w14:paraId="24CF7CED" w14:textId="48E8EB3D" w:rsidR="008D63F5" w:rsidRPr="001F72D4" w:rsidRDefault="7B300F13">
      <w:pPr>
        <w:pStyle w:val="Ttulo1"/>
        <w:spacing w:before="0" w:after="360"/>
        <w:rPr>
          <w:lang w:val="pt-BR"/>
        </w:rPr>
      </w:pPr>
      <w:bookmarkStart w:id="0" w:name="_Toc237871393"/>
      <w:bookmarkStart w:id="1" w:name="_Toc237871852"/>
      <w:r w:rsidRPr="001F72D4">
        <w:rPr>
          <w:rFonts w:ascii="Times New Roman" w:eastAsia="Times New Roman" w:hAnsi="Times New Roman"/>
          <w:lang w:val="pt-BR"/>
        </w:rPr>
        <w:lastRenderedPageBreak/>
        <w:t>1. INTRODUÇÃO — TRAJETÓRIA E PERFIL PROFISSIONAL</w:t>
      </w:r>
      <w:bookmarkEnd w:id="0"/>
      <w:bookmarkEnd w:id="1"/>
    </w:p>
    <w:p w14:paraId="46F84E5D" w14:textId="77777777" w:rsidR="008D63F5" w:rsidRPr="001F72D4" w:rsidRDefault="00000000">
      <w:pPr>
        <w:keepNext/>
        <w:spacing w:after="200"/>
        <w:rPr>
          <w:lang w:val="pt-BR"/>
        </w:rPr>
      </w:pPr>
      <w:r w:rsidRPr="001F72D4">
        <w:rPr>
          <w:rFonts w:eastAsia="Times New Roman"/>
          <w:b/>
          <w:lang w:val="pt-BR"/>
        </w:rPr>
        <w:t>Orientações para o aluno:</w:t>
      </w:r>
    </w:p>
    <w:p w14:paraId="3EE31D74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Contar brevemente sua trajetória pessoal e profissional até o ingresso no curso (idade, ocupação, motivo de retomar os estudos).</w:t>
      </w:r>
    </w:p>
    <w:p w14:paraId="29EDB28D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Descrever qual era seu perfil profissional na época do curso técnico em Análises Clínicas (se já trabalhava na área da saúde, se era sua primeira aproximação com laboratório etc.).</w:t>
      </w:r>
    </w:p>
    <w:p w14:paraId="1EE782AC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Apresentar disciplinas e práticas do curso que foram destaque, explicando por que se sobressaíram na sua trajetória formativa.</w:t>
      </w:r>
    </w:p>
    <w:p w14:paraId="328CC3D9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Fechar com uma frase de transição indicando qual vivência prática será o foco do trabalho.</w:t>
      </w:r>
    </w:p>
    <w:p w14:paraId="5D421A9F" w14:textId="77777777" w:rsidR="008D63F5" w:rsidRPr="001F72D4" w:rsidRDefault="00000000">
      <w:pPr>
        <w:rPr>
          <w:lang w:val="pt-BR"/>
        </w:rPr>
      </w:pPr>
      <w:r w:rsidRPr="001F72D4">
        <w:rPr>
          <w:lang w:val="pt-BR"/>
        </w:rPr>
        <w:br w:type="page"/>
      </w:r>
    </w:p>
    <w:p w14:paraId="4C0427D8" w14:textId="49F47479" w:rsidR="008D63F5" w:rsidRPr="001F72D4" w:rsidRDefault="00000000">
      <w:pPr>
        <w:pStyle w:val="Ttulo1"/>
        <w:spacing w:before="0" w:after="360"/>
        <w:rPr>
          <w:lang w:val="pt-BR"/>
        </w:rPr>
      </w:pPr>
      <w:bookmarkStart w:id="2" w:name="_Toc237871394"/>
      <w:bookmarkStart w:id="3" w:name="_Toc237871853"/>
      <w:r w:rsidRPr="001F72D4">
        <w:rPr>
          <w:rFonts w:ascii="Times New Roman" w:eastAsia="Times New Roman" w:hAnsi="Times New Roman"/>
          <w:lang w:val="pt-BR"/>
        </w:rPr>
        <w:lastRenderedPageBreak/>
        <w:t>2. VIVÊNCIA PRÁTICA: [INSERIR O NOME DA PRÁTICA]</w:t>
      </w:r>
      <w:bookmarkEnd w:id="2"/>
      <w:bookmarkEnd w:id="3"/>
    </w:p>
    <w:p w14:paraId="56795A64" w14:textId="77777777" w:rsidR="008D63F5" w:rsidRPr="001F72D4" w:rsidRDefault="00000000">
      <w:pPr>
        <w:keepNext/>
        <w:spacing w:after="200"/>
        <w:rPr>
          <w:lang w:val="pt-BR"/>
        </w:rPr>
      </w:pPr>
      <w:r w:rsidRPr="001F72D4">
        <w:rPr>
          <w:rFonts w:eastAsia="Times New Roman"/>
          <w:b/>
          <w:lang w:val="pt-BR"/>
        </w:rPr>
        <w:t>Orientações para o aluno:</w:t>
      </w:r>
    </w:p>
    <w:p w14:paraId="088D8EC4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 xml:space="preserve">Identificar a prática escolhida (ex.: hemograma, </w:t>
      </w:r>
      <w:proofErr w:type="spellStart"/>
      <w:r w:rsidRPr="001F72D4">
        <w:rPr>
          <w:rFonts w:eastAsia="Times New Roman"/>
          <w:lang w:val="pt-BR"/>
        </w:rPr>
        <w:t>urinálise</w:t>
      </w:r>
      <w:proofErr w:type="spellEnd"/>
      <w:r w:rsidRPr="001F72D4">
        <w:rPr>
          <w:rFonts w:eastAsia="Times New Roman"/>
          <w:lang w:val="pt-BR"/>
        </w:rPr>
        <w:t xml:space="preserve"> tipo I, coleta a vácuo, parasitológico de fezes, biossegurança em bancada) e o contexto em que ocorreu.</w:t>
      </w:r>
    </w:p>
    <w:p w14:paraId="39AA9FEA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Descrever materiais e equipamentos utilizados.</w:t>
      </w:r>
    </w:p>
    <w:p w14:paraId="61C59C03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Detalhar o procedimento passo a passo, na ordem em que foi executado.</w:t>
      </w:r>
    </w:p>
    <w:p w14:paraId="74FF0E48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Relatar os resultados obtidos e observações pessoais sobre dificuldades, acertos ou intercorrências durante a prática.</w:t>
      </w:r>
    </w:p>
    <w:p w14:paraId="77D3CF46" w14:textId="77777777" w:rsidR="008D63F5" w:rsidRPr="001F72D4" w:rsidRDefault="00000000">
      <w:pPr>
        <w:rPr>
          <w:lang w:val="pt-BR"/>
        </w:rPr>
      </w:pPr>
      <w:r w:rsidRPr="001F72D4">
        <w:rPr>
          <w:lang w:val="pt-BR"/>
        </w:rPr>
        <w:br w:type="page"/>
      </w:r>
    </w:p>
    <w:p w14:paraId="13C398A8" w14:textId="77777777" w:rsidR="008D63F5" w:rsidRPr="001F72D4" w:rsidRDefault="00000000">
      <w:pPr>
        <w:pStyle w:val="Ttulo1"/>
        <w:spacing w:before="0" w:after="360"/>
        <w:rPr>
          <w:lang w:val="pt-BR"/>
        </w:rPr>
      </w:pPr>
      <w:bookmarkStart w:id="4" w:name="_Toc237871395"/>
      <w:bookmarkStart w:id="5" w:name="_Toc237871854"/>
      <w:r w:rsidRPr="001F72D4">
        <w:rPr>
          <w:rFonts w:ascii="Times New Roman" w:eastAsia="Times New Roman" w:hAnsi="Times New Roman"/>
          <w:lang w:val="pt-BR"/>
        </w:rPr>
        <w:lastRenderedPageBreak/>
        <w:t>3. APROFUNDAMENTO TEÓRICO DA PRÁTICA</w:t>
      </w:r>
      <w:bookmarkEnd w:id="4"/>
      <w:bookmarkEnd w:id="5"/>
    </w:p>
    <w:p w14:paraId="51C431FB" w14:textId="77777777" w:rsidR="008D63F5" w:rsidRPr="001F72D4" w:rsidRDefault="00000000">
      <w:pPr>
        <w:keepNext/>
        <w:spacing w:after="200"/>
        <w:rPr>
          <w:lang w:val="pt-BR"/>
        </w:rPr>
      </w:pPr>
      <w:r w:rsidRPr="001F72D4">
        <w:rPr>
          <w:rFonts w:eastAsia="Times New Roman"/>
          <w:b/>
          <w:lang w:val="pt-BR"/>
        </w:rPr>
        <w:t>Orientações para o aluno:</w:t>
      </w:r>
    </w:p>
    <w:p w14:paraId="6EBE58ED" w14:textId="0837E48D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 xml:space="preserve">Buscar </w:t>
      </w:r>
      <w:r w:rsidR="00022298" w:rsidRPr="001F72D4">
        <w:rPr>
          <w:rFonts w:eastAsia="Times New Roman"/>
          <w:lang w:val="pt-BR"/>
        </w:rPr>
        <w:t>pelo menos 3</w:t>
      </w:r>
      <w:r w:rsidRPr="001F72D4">
        <w:rPr>
          <w:rFonts w:eastAsia="Times New Roman"/>
          <w:lang w:val="pt-BR"/>
        </w:rPr>
        <w:t xml:space="preserve"> referências (livros técnicos, manuais de laboratório, artigos, diretrizes de sociedades como SBPC/ML) que fundamentem teoricamente a prática escolhida.</w:t>
      </w:r>
    </w:p>
    <w:p w14:paraId="176667C6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Discutir a relevância clínica do exame/procedimento (o que ele indica, para que serve no diagnóstico).</w:t>
      </w:r>
    </w:p>
    <w:p w14:paraId="4EA7CB27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Apontar os principais erros pré-analíticos, analíticos ou pós-analíticos associados a essa prática.</w:t>
      </w:r>
    </w:p>
    <w:p w14:paraId="1629882A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Relacionar os pontos de controle de qualidade envolvidos (ex.: calibração, controles internos, boas práticas de biossegurança).</w:t>
      </w:r>
    </w:p>
    <w:p w14:paraId="52596370" w14:textId="77777777" w:rsidR="008D63F5" w:rsidRPr="001F72D4" w:rsidRDefault="00000000">
      <w:pPr>
        <w:spacing w:before="200"/>
        <w:jc w:val="both"/>
        <w:rPr>
          <w:lang w:val="pt-BR"/>
        </w:rPr>
      </w:pPr>
      <w:r w:rsidRPr="001F72D4">
        <w:rPr>
          <w:rFonts w:eastAsia="Times New Roman"/>
          <w:b/>
          <w:lang w:val="pt-BR"/>
        </w:rPr>
        <w:t xml:space="preserve">Regra de citação no texto: </w:t>
      </w:r>
      <w:r w:rsidRPr="001F72D4">
        <w:rPr>
          <w:rFonts w:eastAsia="Times New Roman"/>
          <w:lang w:val="pt-BR"/>
        </w:rPr>
        <w:t>seguir a NBR 10520:2023, usando autor e ano em minúsculas entre parênteses, por exemplo (silva, 2020); quando o autor aparecer na frase, indicar apenas o ano entre parênteses.</w:t>
      </w:r>
    </w:p>
    <w:p w14:paraId="4A4891A9" w14:textId="77777777" w:rsidR="008D63F5" w:rsidRPr="001F72D4" w:rsidRDefault="00000000">
      <w:pPr>
        <w:rPr>
          <w:lang w:val="pt-BR"/>
        </w:rPr>
      </w:pPr>
      <w:r w:rsidRPr="001F72D4">
        <w:rPr>
          <w:lang w:val="pt-BR"/>
        </w:rPr>
        <w:br w:type="page"/>
      </w:r>
    </w:p>
    <w:p w14:paraId="5D08CF4B" w14:textId="42BF7D14" w:rsidR="008D63F5" w:rsidRPr="001F72D4" w:rsidRDefault="00000000">
      <w:pPr>
        <w:pStyle w:val="Ttulo1"/>
        <w:spacing w:before="0" w:after="360"/>
        <w:rPr>
          <w:lang w:val="pt-BR"/>
        </w:rPr>
      </w:pPr>
      <w:bookmarkStart w:id="6" w:name="_Toc237871396"/>
      <w:bookmarkStart w:id="7" w:name="_Toc237871855"/>
      <w:r w:rsidRPr="001F72D4">
        <w:rPr>
          <w:rFonts w:ascii="Times New Roman" w:eastAsia="Times New Roman" w:hAnsi="Times New Roman"/>
          <w:lang w:val="pt-BR"/>
        </w:rPr>
        <w:lastRenderedPageBreak/>
        <w:t>4. CONCLUSÃO — COMPETÊNCIAS E PERSPECTIVAS</w:t>
      </w:r>
      <w:bookmarkEnd w:id="6"/>
      <w:bookmarkEnd w:id="7"/>
    </w:p>
    <w:p w14:paraId="3605545A" w14:textId="77777777" w:rsidR="008D63F5" w:rsidRPr="001F72D4" w:rsidRDefault="00000000">
      <w:pPr>
        <w:keepNext/>
        <w:spacing w:after="200"/>
        <w:rPr>
          <w:lang w:val="pt-BR"/>
        </w:rPr>
      </w:pPr>
      <w:r w:rsidRPr="001F72D4">
        <w:rPr>
          <w:rFonts w:eastAsia="Times New Roman"/>
          <w:b/>
          <w:lang w:val="pt-BR"/>
        </w:rPr>
        <w:t>Orientações para o aluno:</w:t>
      </w:r>
    </w:p>
    <w:p w14:paraId="0581CDF3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Retomar, de forma sintética, o que a vivência prática e a pesquisa teórica revelaram sobre a própria formação.</w:t>
      </w:r>
    </w:p>
    <w:p w14:paraId="5FC6A12B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Refletir sobre quais habilidades e competências técnicas foram desenvolvidas ao longo do curso.</w:t>
      </w:r>
    </w:p>
    <w:p w14:paraId="6221C9CF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Comentar como essa formação impactou (ou pode impactar) sua atuação profissional.</w:t>
      </w:r>
    </w:p>
    <w:p w14:paraId="4547E636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Apontar perspectivas futuras: continuidade dos estudos, atuação na área, ou outros planos relacionados à formação técnica.</w:t>
      </w:r>
    </w:p>
    <w:p w14:paraId="7257818D" w14:textId="77777777" w:rsidR="008D63F5" w:rsidRPr="001F72D4" w:rsidRDefault="00000000">
      <w:pPr>
        <w:rPr>
          <w:lang w:val="pt-BR"/>
        </w:rPr>
      </w:pPr>
      <w:r w:rsidRPr="001F72D4">
        <w:rPr>
          <w:lang w:val="pt-BR"/>
        </w:rPr>
        <w:br w:type="page"/>
      </w:r>
    </w:p>
    <w:p w14:paraId="2211F98F" w14:textId="77777777" w:rsidR="008D63F5" w:rsidRPr="001F72D4" w:rsidRDefault="00000000">
      <w:pPr>
        <w:pStyle w:val="Ttulo1"/>
        <w:spacing w:before="0" w:after="360"/>
        <w:rPr>
          <w:lang w:val="pt-BR"/>
        </w:rPr>
      </w:pPr>
      <w:bookmarkStart w:id="8" w:name="_Toc237871397"/>
      <w:bookmarkStart w:id="9" w:name="_Toc237871856"/>
      <w:r w:rsidRPr="001F72D4">
        <w:rPr>
          <w:rFonts w:ascii="Times New Roman" w:eastAsia="Times New Roman" w:hAnsi="Times New Roman"/>
          <w:lang w:val="pt-BR"/>
        </w:rPr>
        <w:lastRenderedPageBreak/>
        <w:t>5. REFERÊNCIAS</w:t>
      </w:r>
      <w:bookmarkEnd w:id="8"/>
      <w:bookmarkEnd w:id="9"/>
    </w:p>
    <w:p w14:paraId="269F95D4" w14:textId="77777777" w:rsidR="008D63F5" w:rsidRPr="001F72D4" w:rsidRDefault="00000000">
      <w:pPr>
        <w:keepNext/>
        <w:spacing w:after="200"/>
        <w:rPr>
          <w:lang w:val="pt-BR"/>
        </w:rPr>
      </w:pPr>
      <w:r w:rsidRPr="001F72D4">
        <w:rPr>
          <w:rFonts w:eastAsia="Times New Roman"/>
          <w:b/>
          <w:lang w:val="pt-BR"/>
        </w:rPr>
        <w:t>Orientações para o aluno:</w:t>
      </w:r>
    </w:p>
    <w:p w14:paraId="5343A64E" w14:textId="77777777" w:rsidR="008D63F5" w:rsidRPr="001F72D4" w:rsidRDefault="00000000">
      <w:pPr>
        <w:pStyle w:val="Commarcadores"/>
        <w:spacing w:after="80"/>
        <w:ind w:left="425" w:hanging="283"/>
        <w:jc w:val="both"/>
        <w:rPr>
          <w:lang w:val="pt-BR"/>
        </w:rPr>
      </w:pPr>
      <w:r w:rsidRPr="001F72D4">
        <w:rPr>
          <w:rFonts w:eastAsia="Times New Roman"/>
          <w:lang w:val="pt-BR"/>
        </w:rPr>
        <w:t>Listar aqui, em ordem alfabética e conforme a NBR 6023, todas as fontes efetivamente citadas no Bloco 3.</w:t>
      </w:r>
    </w:p>
    <w:p w14:paraId="654FD254" w14:textId="1310B6B6" w:rsidR="008D63F5" w:rsidRPr="001F72D4" w:rsidRDefault="008D63F5">
      <w:pPr>
        <w:spacing w:before="200"/>
        <w:jc w:val="both"/>
        <w:rPr>
          <w:lang w:val="pt-BR"/>
        </w:rPr>
      </w:pPr>
    </w:p>
    <w:sectPr w:rsidR="008D63F5" w:rsidRPr="001F72D4" w:rsidSect="00936814">
      <w:headerReference w:type="default" r:id="rId11"/>
      <w:pgSz w:w="11906" w:h="16838"/>
      <w:pgMar w:top="1701" w:right="1134" w:bottom="1134" w:left="1701" w:header="709" w:footer="709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E900D" w14:textId="77777777" w:rsidR="00965C41" w:rsidRDefault="00965C41">
      <w:pPr>
        <w:spacing w:line="240" w:lineRule="auto"/>
      </w:pPr>
      <w:r>
        <w:separator/>
      </w:r>
    </w:p>
  </w:endnote>
  <w:endnote w:type="continuationSeparator" w:id="0">
    <w:p w14:paraId="177A0E5E" w14:textId="77777777" w:rsidR="00965C41" w:rsidRDefault="00965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49B4F4D" w14:paraId="543D4700" w14:textId="77777777" w:rsidTr="449B4F4D">
      <w:trPr>
        <w:trHeight w:val="300"/>
      </w:trPr>
      <w:tc>
        <w:tcPr>
          <w:tcW w:w="3020" w:type="dxa"/>
        </w:tcPr>
        <w:p w14:paraId="1DCFFB4B" w14:textId="4A099C3A" w:rsidR="449B4F4D" w:rsidRDefault="449B4F4D" w:rsidP="449B4F4D">
          <w:pPr>
            <w:pStyle w:val="Cabealho"/>
            <w:ind w:left="-115"/>
          </w:pPr>
        </w:p>
      </w:tc>
      <w:tc>
        <w:tcPr>
          <w:tcW w:w="3020" w:type="dxa"/>
        </w:tcPr>
        <w:p w14:paraId="25A30B75" w14:textId="7439934E" w:rsidR="449B4F4D" w:rsidRDefault="449B4F4D" w:rsidP="449B4F4D">
          <w:pPr>
            <w:pStyle w:val="Cabealho"/>
            <w:jc w:val="center"/>
          </w:pPr>
        </w:p>
      </w:tc>
      <w:tc>
        <w:tcPr>
          <w:tcW w:w="3020" w:type="dxa"/>
        </w:tcPr>
        <w:p w14:paraId="30CC387C" w14:textId="14F78E5A" w:rsidR="449B4F4D" w:rsidRDefault="449B4F4D" w:rsidP="449B4F4D">
          <w:pPr>
            <w:pStyle w:val="Cabealho"/>
            <w:ind w:right="-115"/>
            <w:jc w:val="right"/>
          </w:pPr>
        </w:p>
      </w:tc>
    </w:tr>
  </w:tbl>
  <w:p w14:paraId="584183AA" w14:textId="46CFDEAA" w:rsidR="449B4F4D" w:rsidRDefault="449B4F4D" w:rsidP="449B4F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DD80" w14:textId="77777777" w:rsidR="00965C41" w:rsidRDefault="00965C41">
      <w:pPr>
        <w:spacing w:line="240" w:lineRule="auto"/>
      </w:pPr>
      <w:r>
        <w:separator/>
      </w:r>
    </w:p>
  </w:footnote>
  <w:footnote w:type="continuationSeparator" w:id="0">
    <w:p w14:paraId="54B51BCA" w14:textId="77777777" w:rsidR="00965C41" w:rsidRDefault="00965C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49B4F4D" w14:paraId="79C95033" w14:textId="77777777" w:rsidTr="449B4F4D">
      <w:trPr>
        <w:trHeight w:val="300"/>
      </w:trPr>
      <w:tc>
        <w:tcPr>
          <w:tcW w:w="3020" w:type="dxa"/>
        </w:tcPr>
        <w:p w14:paraId="769F4D55" w14:textId="586F887D" w:rsidR="449B4F4D" w:rsidRDefault="449B4F4D" w:rsidP="449B4F4D">
          <w:pPr>
            <w:pStyle w:val="Cabealho"/>
            <w:ind w:left="-115"/>
          </w:pPr>
        </w:p>
      </w:tc>
      <w:tc>
        <w:tcPr>
          <w:tcW w:w="3020" w:type="dxa"/>
        </w:tcPr>
        <w:p w14:paraId="4E03398B" w14:textId="5709AF9D" w:rsidR="449B4F4D" w:rsidRDefault="449B4F4D" w:rsidP="449B4F4D">
          <w:pPr>
            <w:pStyle w:val="Cabealho"/>
            <w:jc w:val="center"/>
          </w:pPr>
        </w:p>
      </w:tc>
      <w:tc>
        <w:tcPr>
          <w:tcW w:w="3020" w:type="dxa"/>
        </w:tcPr>
        <w:p w14:paraId="1B054FD2" w14:textId="116564B1" w:rsidR="449B4F4D" w:rsidRDefault="449B4F4D" w:rsidP="449B4F4D">
          <w:pPr>
            <w:pStyle w:val="Cabealho"/>
            <w:ind w:right="-115"/>
            <w:jc w:val="right"/>
          </w:pPr>
        </w:p>
      </w:tc>
    </w:tr>
  </w:tbl>
  <w:p w14:paraId="3545D0B2" w14:textId="6D92B640" w:rsidR="449B4F4D" w:rsidRDefault="449B4F4D" w:rsidP="449B4F4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7623421"/>
      <w:docPartObj>
        <w:docPartGallery w:val="Page Numbers (Top of Page)"/>
        <w:docPartUnique/>
      </w:docPartObj>
    </w:sdtPr>
    <w:sdtContent>
      <w:p w14:paraId="752AB0BD" w14:textId="12E9BB25" w:rsidR="004350AB" w:rsidRDefault="004350AB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46EC5CA1" w14:textId="77777777" w:rsidR="004350AB" w:rsidRPr="004350AB" w:rsidRDefault="004350AB" w:rsidP="449B4F4D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0262847">
    <w:abstractNumId w:val="8"/>
  </w:num>
  <w:num w:numId="2" w16cid:durableId="1034691361">
    <w:abstractNumId w:val="6"/>
  </w:num>
  <w:num w:numId="3" w16cid:durableId="441220060">
    <w:abstractNumId w:val="5"/>
  </w:num>
  <w:num w:numId="4" w16cid:durableId="1372144483">
    <w:abstractNumId w:val="4"/>
  </w:num>
  <w:num w:numId="5" w16cid:durableId="136148094">
    <w:abstractNumId w:val="7"/>
  </w:num>
  <w:num w:numId="6" w16cid:durableId="803698922">
    <w:abstractNumId w:val="3"/>
  </w:num>
  <w:num w:numId="7" w16cid:durableId="395393263">
    <w:abstractNumId w:val="2"/>
  </w:num>
  <w:num w:numId="8" w16cid:durableId="1380662149">
    <w:abstractNumId w:val="1"/>
  </w:num>
  <w:num w:numId="9" w16cid:durableId="117495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298"/>
    <w:rsid w:val="00034616"/>
    <w:rsid w:val="0006063C"/>
    <w:rsid w:val="000C0FDF"/>
    <w:rsid w:val="0015074B"/>
    <w:rsid w:val="001943FB"/>
    <w:rsid w:val="001F72D4"/>
    <w:rsid w:val="0029639D"/>
    <w:rsid w:val="00317919"/>
    <w:rsid w:val="00326F90"/>
    <w:rsid w:val="004350AB"/>
    <w:rsid w:val="004453BB"/>
    <w:rsid w:val="004E0BD7"/>
    <w:rsid w:val="0058333D"/>
    <w:rsid w:val="00737911"/>
    <w:rsid w:val="00773426"/>
    <w:rsid w:val="008D63F5"/>
    <w:rsid w:val="00936814"/>
    <w:rsid w:val="00965C41"/>
    <w:rsid w:val="009E71B8"/>
    <w:rsid w:val="00A85352"/>
    <w:rsid w:val="00AA1D8D"/>
    <w:rsid w:val="00B47730"/>
    <w:rsid w:val="00CB0664"/>
    <w:rsid w:val="00DC12C4"/>
    <w:rsid w:val="00EC583A"/>
    <w:rsid w:val="00FC693F"/>
    <w:rsid w:val="0F4ADF0F"/>
    <w:rsid w:val="449B4F4D"/>
    <w:rsid w:val="4B1E1325"/>
    <w:rsid w:val="720FB36D"/>
    <w:rsid w:val="7B30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4AFCB3"/>
  <w14:defaultImageDpi w14:val="300"/>
  <w15:docId w15:val="{8429ED5D-73D8-4F8B-B68D-DE1693AA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mrio1">
    <w:name w:val="toc 1"/>
    <w:basedOn w:val="Normal"/>
    <w:next w:val="Normal"/>
    <w:autoRedefine/>
    <w:uiPriority w:val="39"/>
    <w:unhideWhenUsed/>
    <w:rsid w:val="00022298"/>
    <w:pPr>
      <w:spacing w:after="100"/>
    </w:pPr>
  </w:style>
  <w:style w:type="character" w:styleId="Hyperlink">
    <w:name w:val="Hyperlink"/>
    <w:basedOn w:val="Fontepargpadro"/>
    <w:uiPriority w:val="99"/>
    <w:unhideWhenUsed/>
    <w:rsid w:val="00022298"/>
    <w:rPr>
      <w:color w:val="0000FF" w:themeColor="hyperlink"/>
      <w:u w:val="single"/>
    </w:rPr>
  </w:style>
  <w:style w:type="paragraph" w:customStyle="1" w:styleId="Ttulo21">
    <w:name w:val="Título 21"/>
    <w:basedOn w:val="Normal"/>
    <w:uiPriority w:val="1"/>
    <w:qFormat/>
    <w:rsid w:val="00EC583A"/>
    <w:pPr>
      <w:widowControl w:val="0"/>
      <w:autoSpaceDE w:val="0"/>
      <w:autoSpaceDN w:val="0"/>
      <w:spacing w:before="71" w:line="240" w:lineRule="auto"/>
      <w:ind w:left="101"/>
      <w:outlineLvl w:val="2"/>
    </w:pPr>
    <w:rPr>
      <w:rFonts w:ascii="Arial" w:eastAsia="Arial" w:hAnsi="Arial" w:cs="Arial"/>
      <w:b/>
      <w:bCs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642</Words>
  <Characters>4836</Characters>
  <Application>Microsoft Office Word</Application>
  <DocSecurity>0</DocSecurity>
  <Lines>230</Lines>
  <Paragraphs>75</Paragraphs>
  <ScaleCrop>false</ScaleCrop>
  <Manager/>
  <Company/>
  <LinksUpToDate>false</LinksUpToDate>
  <CharactersWithSpaces>5403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Lucas Silva Batista</cp:lastModifiedBy>
  <cp:revision>11</cp:revision>
  <dcterms:created xsi:type="dcterms:W3CDTF">2026-08-17T18:09:00Z</dcterms:created>
  <dcterms:modified xsi:type="dcterms:W3CDTF">2026-08-17T18:21:00Z</dcterms:modified>
  <cp:category/>
</cp:coreProperties>
</file>